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East Atlanta Village named the Brooklyn of Atlanta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East Atlanta Village the Brooklyn of Atlanta.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Atlanta's verdict went to East Atlanta Village ahead of Little Five Points, Old Fourth Ward and Reynoldstown, which take the runner-up positions.</w:t>
      </w:r>
    </w:p>
    <w:p>
      <w:r>
        <w:rPr>
          <w:rFonts w:ascii="Arial" w:hAnsi="Arial"/>
          <w:b w:val="0"/>
          <w:i/>
        </w:rPr>
        <w:t>"We named East Atlanta Village the Brooklyn of Atlanta. It has a walkable core where a whole night out stays inside the neighborhood, live music even on a weeknight, and murals covering the brick in between. The locals we ran the pick past did not argue much. Atlantans are welcome to tell us we are wrong,"</w:t>
      </w:r>
      <w:r>
        <w:rPr>
          <w:rFonts w:ascii="Arial" w:hAnsi="Arial"/>
          <w:b w:val="0"/>
          <w:i w:val="0"/>
        </w:rPr>
        <w:t xml:space="preserve"> says Per, creator of Brooklyn Of.</w:t>
      </w:r>
    </w:p>
    <w:p>
      <w:r>
        <w:rPr>
          <w:rFonts w:ascii="Arial" w:hAnsi="Arial"/>
          <w:b w:val="0"/>
          <w:i w:val="0"/>
        </w:rPr>
        <w:t>The verdict comes with a guide to East Atlanta Village's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Atlanta verdict: </w:t>
      </w:r>
      <w:hyperlink r:id="rId11">
        <w:r>
          <w:rPr>
            <w:rFonts w:ascii="Arial" w:hAnsi="Arial"/>
            <w:color w:val="FF3D14"/>
            <w:u w:val="single"/>
          </w:rPr>
          <w:t xml:space="preserve">brooklynof.com/atlanta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brooklynof.com/press/atlanta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atlant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atla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