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Karangahape Road (K'Road) named the Brooklyn of Auckland</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Karangahape Road (K'Road) the Brooklyn of Auckland.</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Auckland's verdict went to Karangahape Road (K'Road) ahead of Ponsonby, Grey Lynn and Kingsland, which take the runner-up positions.</w:t>
      </w:r>
    </w:p>
    <w:p>
      <w:r>
        <w:rPr>
          <w:rFonts w:ascii="Arial" w:hAnsi="Arial"/>
          <w:b w:val="0"/>
          <w:i/>
        </w:rPr>
        <w:t>"We named Karangahape Road the Brooklyn of Auckland, and it was not a hard call. It is the stretch where the city stops trying to be polished and gets interesting, and the energy after dark does not quit until the small hours. Aucklanders are welcome to tell us we are wrong,"</w:t>
      </w:r>
      <w:r>
        <w:rPr>
          <w:rFonts w:ascii="Arial" w:hAnsi="Arial"/>
          <w:b w:val="0"/>
          <w:i w:val="0"/>
        </w:rPr>
        <w:t xml:space="preserve"> says Per, creator of Brooklyn Of.</w:t>
      </w:r>
    </w:p>
    <w:p>
      <w:r>
        <w:rPr>
          <w:rFonts w:ascii="Arial" w:hAnsi="Arial"/>
          <w:b w:val="0"/>
          <w:i w:val="0"/>
        </w:rPr>
        <w:t>The verdict comes with a guide to Karangahape Road (K'Road)'s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Auckland verdict: </w:t>
      </w:r>
      <w:hyperlink r:id="rId11">
        <w:r>
          <w:rPr>
            <w:rFonts w:ascii="Arial" w:hAnsi="Arial"/>
            <w:color w:val="FF3D14"/>
            <w:u w:val="single"/>
          </w:rPr>
          <w:t xml:space="preserve">brooklynof.com/auckland</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brooklynof.com/press/auckland</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uckland"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uck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