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Westlands named the Brooklyn of Nairobi</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Westlands the Brooklyn of Nairobi.</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Nairobi's verdict went to Westlands ahead of Ngara, Karen and Kilimani, which take the runner-up positions.</w:t>
      </w:r>
    </w:p>
    <w:p>
      <w:r>
        <w:rPr>
          <w:rFonts w:ascii="Arial" w:hAnsi="Arial"/>
          <w:b w:val="0"/>
          <w:i/>
        </w:rPr>
        <w:t>"We named Westlands the Brooklyn of Nairobi and it was not a hard call. It is where the city's creative economy actually runs - the coffee, the galleries, the live music, and the tech money that keeps it all going. It is not pretty in a postcard way, which is part of the point. Nairobians are welcome to tell us we are wrong,"</w:t>
      </w:r>
      <w:r>
        <w:rPr>
          <w:rFonts w:ascii="Arial" w:hAnsi="Arial"/>
          <w:b w:val="0"/>
          <w:i w:val="0"/>
        </w:rPr>
        <w:t xml:space="preserve"> says Per, creator of Brooklyn Of.</w:t>
      </w:r>
    </w:p>
    <w:p>
      <w:r>
        <w:rPr>
          <w:rFonts w:ascii="Arial" w:hAnsi="Arial"/>
          <w:b w:val="0"/>
          <w:i w:val="0"/>
        </w:rPr>
        <w:t>The verdict comes with a guide to Westlands's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Nairobi verdict: </w:t>
      </w:r>
      <w:hyperlink r:id="rId11">
        <w:r>
          <w:rPr>
            <w:rFonts w:ascii="Arial" w:hAnsi="Arial"/>
            <w:color w:val="FF3D14"/>
            <w:u w:val="single"/>
          </w:rPr>
          <w:t xml:space="preserve">brooklynof.com/nairobi</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brooklynof.com/press/nairobi</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nairobi"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nairo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