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Alberta Arts District named the Brooklyn of Portland</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Alberta Arts District the Brooklyn of Portland.</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Portland's verdict went to Alberta Arts District ahead of Mississippi Avenue, Hawthorne and Division/Clinton, which take the runner-up positions.</w:t>
      </w:r>
    </w:p>
    <w:p>
      <w:r>
        <w:rPr>
          <w:rFonts w:ascii="Arial" w:hAnsi="Arial"/>
          <w:b w:val="0"/>
          <w:i/>
        </w:rPr>
        <w:t>"We named Alberta Arts District the Brooklyn of Portland. It is thirty blocks of murals, street food from half the world, and a pace that refuses to hurry, which is exactly the energy this title is trying to name. Portlanders are welcome to tell us we are wrong,"</w:t>
      </w:r>
      <w:r>
        <w:rPr>
          <w:rFonts w:ascii="Arial" w:hAnsi="Arial"/>
          <w:b w:val="0"/>
          <w:i w:val="0"/>
        </w:rPr>
        <w:t xml:space="preserve"> says Per, creator of Brooklyn Of.</w:t>
      </w:r>
    </w:p>
    <w:p>
      <w:r>
        <w:rPr>
          <w:rFonts w:ascii="Arial" w:hAnsi="Arial"/>
          <w:b w:val="0"/>
          <w:i w:val="0"/>
        </w:rPr>
        <w:t>The verdict comes with a guide to Alberta Arts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Portland verdict: </w:t>
      </w:r>
      <w:hyperlink r:id="rId11">
        <w:r>
          <w:rPr>
            <w:rFonts w:ascii="Arial" w:hAnsi="Arial"/>
            <w:color w:val="FF3D14"/>
            <w:u w:val="single"/>
          </w:rPr>
          <w:t xml:space="preserve">brooklynof.com/portland</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brooklynof.com/press/portland</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portland"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port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