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Fox Point named the Brooklyn of Providence</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Fox Point the Brooklyn of Providence.</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Providence's verdict went to Fox Point ahead of West End, College Hill and Wayland Square, which take the runner-up positions.</w:t>
      </w:r>
    </w:p>
    <w:p>
      <w:r>
        <w:rPr>
          <w:rFonts w:ascii="Arial" w:hAnsi="Arial"/>
          <w:b w:val="0"/>
          <w:i/>
        </w:rPr>
        <w:t>"We named Fox Point the Brooklyn of Providence, and it was not a hard call. Art students and old-timers share the same sidewalks, the coffee is strong, and Saturday mornings feel like the whole city showed up but kept it casual. Locals are welcome to tell us we are wrong,"</w:t>
      </w:r>
      <w:r>
        <w:rPr>
          <w:rFonts w:ascii="Arial" w:hAnsi="Arial"/>
          <w:b w:val="0"/>
          <w:i w:val="0"/>
        </w:rPr>
        <w:t xml:space="preserve"> says Per, creator of Brooklyn Of.</w:t>
      </w:r>
    </w:p>
    <w:p>
      <w:r>
        <w:rPr>
          <w:rFonts w:ascii="Arial" w:hAnsi="Arial"/>
          <w:b w:val="0"/>
          <w:i w:val="0"/>
        </w:rPr>
        <w:t>The verdict comes with a guide to Fox Point's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Providence verdict: </w:t>
      </w:r>
      <w:hyperlink r:id="rId11">
        <w:r>
          <w:rPr>
            <w:rFonts w:ascii="Arial" w:hAnsi="Arial"/>
            <w:color w:val="FF3D14"/>
            <w:u w:val="single"/>
          </w:rPr>
          <w:t xml:space="preserve">brooklynof.com/providence</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brooklynof.com/press/providence</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providence"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provi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