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The Mission District named the Brooklyn of San Francisco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The Mission District the Brooklyn of San Francisco.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San Francisco's verdict went to The Mission District ahead of Hayes Valley, Glen Park and Dogpatch, which take the runner-up positions.</w:t>
      </w:r>
    </w:p>
    <w:p>
      <w:r>
        <w:rPr>
          <w:rFonts w:ascii="Arial" w:hAnsi="Arial"/>
          <w:b w:val="0"/>
          <w:i/>
        </w:rPr>
        <w:t>"We named the Mission District the Brooklyn of San Francisco, and it was not a hard call. Murals on the walls, street food worth queuing for, and the rare pocket of sunshine in a foggy city. San Franciscans are welcome to tell us we are wrong,"</w:t>
      </w:r>
      <w:r>
        <w:rPr>
          <w:rFonts w:ascii="Arial" w:hAnsi="Arial"/>
          <w:b w:val="0"/>
          <w:i w:val="0"/>
        </w:rPr>
        <w:t xml:space="preserve"> says Per, creator of Brooklyn Of.</w:t>
      </w:r>
    </w:p>
    <w:p>
      <w:r>
        <w:rPr>
          <w:rFonts w:ascii="Arial" w:hAnsi="Arial"/>
          <w:b w:val="0"/>
          <w:i w:val="0"/>
        </w:rPr>
        <w:t>The verdict comes with a guide to The Mission District's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San Francisco verdict: </w:t>
      </w:r>
      <w:hyperlink r:id="rId11">
        <w:r>
          <w:rPr>
            <w:rFonts w:ascii="Arial" w:hAnsi="Arial"/>
            <w:color w:val="FF3D14"/>
            <w:u w:val="single"/>
          </w:rPr>
          <w:t xml:space="preserve">brooklynof.com/san-francisco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brooklynof.com/press/san-francisco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an-francisc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an-francis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