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Cherokee Street named the Brooklyn of St. Louis</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Cherokee Street the Brooklyn of St. Louis.</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St. Louis's verdict went to Cherokee Street ahead of The Grove (Forest Park Southeast), Tower Grove South and Benton Park, which take the runner-up positions.</w:t>
      </w:r>
    </w:p>
    <w:p>
      <w:r>
        <w:rPr>
          <w:rFonts w:ascii="Arial" w:hAnsi="Arial"/>
          <w:b w:val="0"/>
          <w:i/>
        </w:rPr>
        <w:t>"Cherokee Street is our pick for the Brooklyn of St. Louis, and it was not a hard call. It is a place that has stopped trying to impress anyone, which is exactly what makes it impressive: cheap, gritty, and full of people who actually live there. St. Louisans are welcome to tell us we are wrong,"</w:t>
      </w:r>
      <w:r>
        <w:rPr>
          <w:rFonts w:ascii="Arial" w:hAnsi="Arial"/>
          <w:b w:val="0"/>
          <w:i w:val="0"/>
        </w:rPr>
        <w:t xml:space="preserve"> says Per, creator of Brooklyn Of.</w:t>
      </w:r>
    </w:p>
    <w:p>
      <w:r>
        <w:rPr>
          <w:rFonts w:ascii="Arial" w:hAnsi="Arial"/>
          <w:b w:val="0"/>
          <w:i w:val="0"/>
        </w:rPr>
        <w:t>The verdict comes with a guide to Cherokee Street's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St. Louis verdict: </w:t>
      </w:r>
      <w:hyperlink r:id="rId11">
        <w:r>
          <w:rPr>
            <w:rFonts w:ascii="Arial" w:hAnsi="Arial"/>
            <w:color w:val="FF3D14"/>
            <w:u w:val="single"/>
          </w:rPr>
          <w:t xml:space="preserve">brooklynof.com/st-louis</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brooklynof.com/press/st-louis</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st-louis"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st-lou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