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Mount Pleasant named the Brooklyn of Vancouver</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Mount Pleasant the Brooklyn of Vancouver.</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Vancouver's verdict went to Mount Pleasant ahead of Commercial Drive (Grandview-Woodland), Gastown and Chinatown, which take the runner-up positions.</w:t>
      </w:r>
    </w:p>
    <w:p>
      <w:r>
        <w:rPr>
          <w:rFonts w:ascii="Arial" w:hAnsi="Arial"/>
          <w:b w:val="0"/>
          <w:i/>
        </w:rPr>
        <w:t>"Mount Pleasant is our pick for the Brooklyn of Vancouver. It has the exact thing this title tries to name: a scene that is creative without being precious, and sidewalks that fill up on a Saturday with nobody in a rush. Vancouverites are welcome to tell us we are wrong,"</w:t>
      </w:r>
      <w:r>
        <w:rPr>
          <w:rFonts w:ascii="Arial" w:hAnsi="Arial"/>
          <w:b w:val="0"/>
          <w:i w:val="0"/>
        </w:rPr>
        <w:t xml:space="preserve"> says Per, creator of Brooklyn Of.</w:t>
      </w:r>
    </w:p>
    <w:p>
      <w:r>
        <w:rPr>
          <w:rFonts w:ascii="Arial" w:hAnsi="Arial"/>
          <w:b w:val="0"/>
          <w:i w:val="0"/>
        </w:rPr>
        <w:t>The verdict comes with a guide to Mount Pleasant's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Vancouver verdict: </w:t>
      </w:r>
      <w:hyperlink r:id="rId11">
        <w:r>
          <w:rPr>
            <w:rFonts w:ascii="Arial" w:hAnsi="Arial"/>
            <w:color w:val="FF3D14"/>
            <w:u w:val="single"/>
          </w:rPr>
          <w:t xml:space="preserve">brooklynof.com/vancouver</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brooklynof.com/press/vancouver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vancouver"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vancou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